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Campi dinamici ODF</w:t>
      </w:r>
    </w:p>
    <w:p>
      <w:r>
        <w:t>Libreria di campi pronti da copiare nei modelli Word Lettera e Ordinativo. Ogni elemento evidenziato è un vero controllo contenuto riconosciuto dal compilatore.</w:t>
      </w:r>
    </w:p>
    <w:p>
      <w:pPr/>
      <w:r>
        <w:t>Aprire questo file e il modello da modificare in Microsoft Word desktop.</w:t>
      </w:r>
    </w:p>
    <w:p>
      <w:pPr/>
      <w:r>
        <w:t>Fare clic sul campo evidenziato e selezionare l’intero controllo tramite la linguetta del suo titolo. Copiare e incollare nel modello mantenendo la formattazione originale. Non copiare soltanto il testo interno e non usare Incolla solo testo.</w:t>
      </w:r>
    </w:p>
    <w:p>
      <w:pPr/>
      <w:r>
        <w:t>In Sviluppo → Proprietà verificare che il Tag coincida con il codice riportato. Per ripetere un campo ordinario copiarlo in più punti senza cambiarne il Tag.</w:t>
      </w:r>
    </w:p>
    <w:p>
      <w:pPr/>
      <w:r>
        <w:t>Salvare il modello come .docx e caricarlo nell’app alla voce Modelli Word e clausole. Controllare una bozza generata prima dell’uso.</w:t>
      </w:r>
    </w:p>
    <w:p>
      <w:pPr/>
      <w:r>
        <w:t>Le scritte {{RUP_NOME}} e analoghe funzionano nei valori del foglio Procedura per richiamare altri campi della stessa procedura. Incollate come semplice testo nel Word non diventano campi dinamici. Per l’impresa usare il controllo RAGIONE_SOCIALE, non {{IMPRESA}}.</w:t>
      </w:r>
    </w:p>
    <w:p>
      <w:pPr/>
      <w:r>
        <w:t>RIGA_LOTTO e RIGA_CIG vanno ciascuno in un paragrafo dedicato. Nell’Ordinativo deve esserci una sola occorrenza di ciascuno: il motore ripeterà i paragrafi per tutti i lotti. Non metterli nello stesso paragrafo.</w:t>
      </w:r>
    </w:p>
    <w:p>
      <w:pPr/>
      <w:r>
        <w:t>Lettera e Ordinativo devono conservare RAGIONE_SOCIALE e OGGETTO. L’Ordinativo richiede anche RIGA_LOTTO e RIGA_CIG. Non caricare questa legenda come modello documentale.</w:t>
      </w:r>
    </w:p>
    <w:p>
      <w:r>
        <w:br w:type="page"/>
      </w:r>
    </w:p>
    <w:p>
      <w:pPr>
        <w:pStyle w:val="Heading1"/>
      </w:pPr>
      <w:r>
        <w:t>Campi da copiare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040"/>
      </w:tblGrid>
      <w:tr>
        <w:tc>
          <w:tcPr>
            <w:tcW w:type="dxa" w:w="5184"/>
          </w:tcPr>
          <w:p>
            <w:r>
              <w:t>Controllo Word da copiare</w:t>
            </w:r>
          </w:p>
        </w:tc>
        <w:tc>
          <w:tcPr>
            <w:tcW w:type="dxa" w:w="5184"/>
          </w:tcPr>
          <w:p>
            <w:r>
              <w:t>Significato e origine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ID_PROCEDURA"/>
                <w:tag w:val="ID_PROCEDURA"/>
                <w:id w:val="90001"/>
                <w:text/>
              </w:sdtPr>
              <w:sdtContent>
                <w:r>
                  <w:rPr>
                    <w:highlight w:val="yellow"/>
                  </w:rPr>
                  <w:t>[ID_PROCEDURA]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Id procedura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NUMERO_AGGIUDICAZIONE"/>
                <w:tag w:val="NUMERO_AGGIUDICAZIONE"/>
                <w:id w:val="90002"/>
                <w:text/>
              </w:sdtPr>
              <w:sdtContent>
                <w:r>
                  <w:rPr>
                    <w:highlight w:val="yellow"/>
                  </w:rPr>
                  <w:t>[NUMERO_AGGIUDICAZIONE]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Numero aggiudicazione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ATA_AGGIUDICAZIONE"/>
                <w:tag w:val="DATA_AGGIUDICAZIONE"/>
                <w:id w:val="90003"/>
                <w:text/>
              </w:sdtPr>
              <w:sdtContent>
                <w:r>
                  <w:rPr>
                    <w:highlight w:val="yellow"/>
                  </w:rPr>
                  <w:t>[DATA_AGGIUDICAZIONE]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Data aggiudicazione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ENTE_AGGIUDICATORE"/>
                <w:tag w:val="ENTE_AGGIUDICATORE"/>
                <w:id w:val="90004"/>
                <w:text/>
              </w:sdtPr>
              <w:sdtContent>
                <w:r>
                  <w:rPr>
                    <w:highlight w:val="yellow"/>
                  </w:rPr>
                  <w:t>[ENTE_AGGIUDICATORE]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Ente aggiudicatore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ATTO_AGGIUDICAZIONE"/>
                <w:tag w:val="ATTO_AGGIUDICAZIONE"/>
                <w:id w:val="90005"/>
                <w:text/>
              </w:sdtPr>
              <w:sdtContent>
                <w:r>
                  <w:rPr>
                    <w:highlight w:val="yellow"/>
                  </w:rPr>
                  <w:t>[ATTO_AGGIUDICAZIONE]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Atto aggiudicazione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NUMERO_ADESIONE"/>
                <w:tag w:val="NUMERO_ADESIONE"/>
                <w:id w:val="90006"/>
                <w:text/>
              </w:sdtPr>
              <w:sdtContent>
                <w:r>
                  <w:rPr>
                    <w:highlight w:val="yellow"/>
                  </w:rPr>
                  <w:t>[NUMERO_ADESIONE]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Numero adesione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ATA_ADESIONE"/>
                <w:tag w:val="DATA_ADESIONE"/>
                <w:id w:val="90007"/>
                <w:text/>
              </w:sdtPr>
              <w:sdtContent>
                <w:r>
                  <w:rPr>
                    <w:highlight w:val="yellow"/>
                  </w:rPr>
                  <w:t>[DATA_ADESIONE]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Data adesione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ESCRIZIONE_FORNITURA"/>
                <w:tag w:val="DESCRIZIONE_FORNITURA"/>
                <w:id w:val="90008"/>
                <w:text/>
              </w:sdtPr>
              <w:sdtContent>
                <w:r>
                  <w:rPr>
                    <w:highlight w:val="yellow"/>
                  </w:rPr>
                  <w:t>[DESCRIZIONE_FORNITURA]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Descrizione fornitura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PERIODO_TESTO"/>
                <w:tag w:val="PERIODO_TESTO"/>
                <w:id w:val="90009"/>
                <w:text/>
              </w:sdtPr>
              <w:sdtContent>
                <w:r>
                  <w:rPr>
                    <w:highlight w:val="yellow"/>
                  </w:rPr>
                  <w:t>[PERIODO_TESTO]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Periodo testo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TRIENNIO"/>
                <w:tag w:val="TRIENNIO"/>
                <w:id w:val="90010"/>
                <w:text/>
              </w:sdtPr>
              <w:sdtContent>
                <w:r>
                  <w:rPr>
                    <w:highlight w:val="yellow"/>
                  </w:rPr>
                  <w:t>[TRIENNIO]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Triennio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URATA"/>
                <w:tag w:val="DURATA"/>
                <w:id w:val="90011"/>
                <w:text/>
              </w:sdtPr>
              <w:sdtContent>
                <w:r>
                  <w:rPr>
                    <w:highlight w:val="yellow"/>
                  </w:rPr>
                  <w:t>[DURATA]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Durata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ATA_INIZIO"/>
                <w:tag w:val="DATA_INIZIO"/>
                <w:id w:val="90012"/>
                <w:text/>
              </w:sdtPr>
              <w:sdtContent>
                <w:r>
                  <w:rPr>
                    <w:highlight w:val="yellow"/>
                  </w:rPr>
                  <w:t>[DATA_INIZIO]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Data inizio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ATA_FINE"/>
                <w:tag w:val="DATA_FINE"/>
                <w:id w:val="90013"/>
                <w:text/>
              </w:sdtPr>
              <w:sdtContent>
                <w:r>
                  <w:rPr>
                    <w:highlight w:val="yellow"/>
                  </w:rPr>
                  <w:t>[DATA_FINE]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Data fine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TITOLO_GARA"/>
                <w:tag w:val="TITOLO_GARA"/>
                <w:id w:val="90014"/>
                <w:text/>
              </w:sdtPr>
              <w:sdtContent>
                <w:r>
                  <w:rPr>
                    <w:highlight w:val="yellow"/>
                  </w:rPr>
                  <w:t>[TITOLO_GARA]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Titolo gara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OPZIONE_PROROGA"/>
                <w:tag w:val="OPZIONE_PROROGA"/>
                <w:id w:val="90015"/>
                <w:text/>
              </w:sdtPr>
              <w:sdtContent>
                <w:r>
                  <w:rPr>
                    <w:highlight w:val="yellow"/>
                  </w:rPr>
                  <w:t>[OPZIONE_PROROGA]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Opzione proroga</w:t>
              <w:br/>
              <w:t>Fonte: Procedura</w:t>
            </w:r>
          </w:p>
        </w:tc>
      </w:tr>
    </w:tbl>
    <w:p>
      <w:r>
        <w:br w:type="page"/>
      </w:r>
    </w:p>
    <w:p>
      <w:pPr>
        <w:pStyle w:val="Heading1"/>
      </w:pPr>
      <w:r>
        <w:t>Campi da copiare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040"/>
      </w:tblGrid>
      <w:tr>
        <w:tc>
          <w:tcPr>
            <w:tcW w:type="dxa" w:w="5184"/>
          </w:tcPr>
          <w:p>
            <w:r>
              <w:t>Controllo Word da copiare</w:t>
            </w:r>
          </w:p>
        </w:tc>
        <w:tc>
          <w:tcPr>
            <w:tcW w:type="dxa" w:w="5184"/>
          </w:tcPr>
          <w:p>
            <w:r>
              <w:t>Significato e origine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OGGETTO_CODA"/>
                <w:tag w:val="OGGETTO_CODA"/>
                <w:id w:val="90016"/>
                <w:text/>
              </w:sdtPr>
              <w:sdtContent>
                <w:r>
                  <w:rPr>
                    <w:highlight w:val="yellow"/>
                  </w:rPr>
                  <w:t>[OGGETTO_CODA]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Oggetto coda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OGGETTO"/>
                <w:tag w:val="OGGETTO"/>
                <w:id w:val="90017"/>
                <w:text/>
              </w:sdtPr>
              <w:sdtContent>
                <w:r>
                  <w:rPr>
                    <w:highlight w:val="yellow"/>
                  </w:rPr>
                  <w:t>[OGGETTO]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Oggetto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PREMESSA_LETTERA"/>
                <w:tag w:val="PREMESSA_LETTERA"/>
                <w:id w:val="90018"/>
                <w:text/>
              </w:sdtPr>
              <w:sdtContent>
                <w:r>
                  <w:rPr>
                    <w:highlight w:val="yellow"/>
                  </w:rPr>
                  <w:t>[PREMESSA_LETTERA]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Premessa lettera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G_NOME"/>
                <w:tag w:val="DG_NOME"/>
                <w:id w:val="90019"/>
                <w:text/>
              </w:sdtPr>
              <w:sdtContent>
                <w:r>
                  <w:rPr>
                    <w:highlight w:val="yellow"/>
                  </w:rPr>
                  <w:t>[DG_NOME]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Nome del direttore generale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G_CF"/>
                <w:tag w:val="DG_CF"/>
                <w:id w:val="90020"/>
                <w:text/>
              </w:sdtPr>
              <w:sdtContent>
                <w:r>
                  <w:rPr>
                    <w:highlight w:val="yellow"/>
                  </w:rPr>
                  <w:t>[DG_CF]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Codice fiscale del direttore generale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RUP_NOME"/>
                <w:tag w:val="RUP_NOME"/>
                <w:id w:val="90021"/>
                <w:text/>
              </w:sdtPr>
              <w:sdtContent>
                <w:r>
                  <w:rPr>
                    <w:highlight w:val="yellow"/>
                  </w:rPr>
                  <w:t>[RUP_NOME]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Nome del RUP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RUP_QUALIFICA"/>
                <w:tag w:val="RUP_QUALIFICA"/>
                <w:id w:val="90022"/>
                <w:text/>
              </w:sdtPr>
              <w:sdtContent>
                <w:r>
                  <w:rPr>
                    <w:highlight w:val="yellow"/>
                  </w:rPr>
                  <w:t>[RUP_QUALIFICA]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Qualifica del RUP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EC_NOME"/>
                <w:tag w:val="DEC_NOME"/>
                <w:id w:val="90023"/>
                <w:text/>
              </w:sdtPr>
              <w:sdtContent>
                <w:r>
                  <w:rPr>
                    <w:highlight w:val="yellow"/>
                  </w:rPr>
                  <w:t>[DEC_NOME]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Nome del DEC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EC_QUALIFICA"/>
                <w:tag w:val="DEC_QUALIFICA"/>
                <w:id w:val="90024"/>
                <w:text/>
              </w:sdtPr>
              <w:sdtContent>
                <w:r>
                  <w:rPr>
                    <w:highlight w:val="yellow"/>
                  </w:rPr>
                  <w:t>[DEC_QUALIFICA]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Dec qualifica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IRETTORE_UOC"/>
                <w:tag w:val="DIRETTORE_UOC"/>
                <w:id w:val="90025"/>
                <w:text/>
              </w:sdtPr>
              <w:sdtContent>
                <w:r>
                  <w:rPr>
                    <w:highlight w:val="yellow"/>
                  </w:rPr>
                  <w:t>[DIRETTORE_UOC]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Direttore uoc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REFERENTE_NOME"/>
                <w:tag w:val="REFERENTE_NOME"/>
                <w:id w:val="90026"/>
                <w:text/>
              </w:sdtPr>
              <w:sdtContent>
                <w:r>
                  <w:rPr>
                    <w:highlight w:val="yellow"/>
                  </w:rPr>
                  <w:t>[REFERENTE_NOME]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Referente nome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REFERENTE_EMAIL"/>
                <w:tag w:val="REFERENTE_EMAIL"/>
                <w:id w:val="90027"/>
                <w:text/>
              </w:sdtPr>
              <w:sdtContent>
                <w:r>
                  <w:rPr>
                    <w:highlight w:val="yellow"/>
                  </w:rPr>
                  <w:t>[REFERENTE_EMAIL]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Referente email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REFERENTE_TELEFONO"/>
                <w:tag w:val="REFERENTE_TELEFONO"/>
                <w:id w:val="90028"/>
                <w:text/>
              </w:sdtPr>
              <w:sdtContent>
                <w:r>
                  <w:rPr>
                    <w:highlight w:val="yellow"/>
                  </w:rPr>
                  <w:t>[REFERENTE_TELEFONO]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Referente telefono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EMAIL_CONOSCENZA"/>
                <w:tag w:val="EMAIL_CONOSCENZA"/>
                <w:id w:val="90029"/>
                <w:text/>
              </w:sdtPr>
              <w:sdtContent>
                <w:r>
                  <w:rPr>
                    <w:highlight w:val="yellow"/>
                  </w:rPr>
                  <w:t>[EMAIL_CONOSCENZA]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Email conoscenza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GIORNI_RESTITUZIONE"/>
                <w:tag w:val="GIORNI_RESTITUZIONE"/>
                <w:id w:val="90030"/>
                <w:text/>
              </w:sdtPr>
              <w:sdtContent>
                <w:r>
                  <w:rPr>
                    <w:highlight w:val="yellow"/>
                  </w:rPr>
                  <w:t>[GIORNI_RESTITUZIONE]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Giorni restituzione</w:t>
              <w:br/>
              <w:t>Fonte: Procedura</w:t>
            </w:r>
          </w:p>
        </w:tc>
      </w:tr>
    </w:tbl>
    <w:p>
      <w:r>
        <w:br w:type="page"/>
      </w:r>
    </w:p>
    <w:p>
      <w:pPr>
        <w:pStyle w:val="Heading1"/>
      </w:pPr>
      <w:r>
        <w:t>Campi da copiare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040"/>
      </w:tblGrid>
      <w:tr>
        <w:tc>
          <w:tcPr>
            <w:tcW w:type="dxa" w:w="5184"/>
          </w:tcPr>
          <w:p>
            <w:r>
              <w:t>Controllo Word da copiare</w:t>
            </w:r>
          </w:p>
        </w:tc>
        <w:tc>
          <w:tcPr>
            <w:tcW w:type="dxa" w:w="5184"/>
          </w:tcPr>
          <w:p>
            <w:r>
              <w:t>Significato e origine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PEC_ENTE"/>
                <w:tag w:val="PEC_ENTE"/>
                <w:id w:val="90031"/>
                <w:text/>
              </w:sdtPr>
              <w:sdtContent>
                <w:r>
                  <w:rPr>
                    <w:highlight w:val="yellow"/>
                  </w:rPr>
                  <w:t>[PEC_ENTE]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Pec ente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PEC_VERIFICATA"/>
                <w:tag w:val="PEC_VERIFICATA"/>
                <w:id w:val="90032"/>
                <w:text/>
              </w:sdtPr>
              <w:sdtContent>
                <w:r>
                  <w:rPr>
                    <w:highlight w:val="yellow"/>
                  </w:rPr>
                  <w:t>[PEC_VERIFICATA]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Pec verificata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FORMATO_ELENCO"/>
                <w:tag w:val="FORMATO_ELENCO"/>
                <w:id w:val="90033"/>
                <w:text/>
              </w:sdtPr>
              <w:sdtContent>
                <w:r>
                  <w:rPr>
                    <w:highlight w:val="yellow"/>
                  </w:rPr>
                  <w:t>[FORMATO_ELENCO]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Formato elenco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LUOGO_CONSEGNA"/>
                <w:tag w:val="LUOGO_CONSEGNA"/>
                <w:id w:val="90034"/>
                <w:text/>
              </w:sdtPr>
              <w:sdtContent>
                <w:r>
                  <w:rPr>
                    <w:highlight w:val="yellow"/>
                  </w:rPr>
                  <w:t>[LUOGO_CONSEGNA]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Luogo consegna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TELEFONI_CHIARIMENTI"/>
                <w:tag w:val="TELEFONI_CHIARIMENTI"/>
                <w:id w:val="90035"/>
                <w:text/>
              </w:sdtPr>
              <w:sdtContent>
                <w:r>
                  <w:rPr>
                    <w:highlight w:val="yellow"/>
                  </w:rPr>
                  <w:t>[TELEFONI_CHIARIMENTI]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Telefoni chiarimenti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FORO"/>
                <w:tag w:val="FORO"/>
                <w:id w:val="90036"/>
                <w:text/>
              </w:sdtPr>
              <w:sdtContent>
                <w:r>
                  <w:rPr>
                    <w:highlight w:val="yellow"/>
                  </w:rPr>
                  <w:t>[FORO]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Foro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PROTOCOLLO"/>
                <w:tag w:val="PROTOCOLLO"/>
                <w:id w:val="90037"/>
                <w:text/>
              </w:sdtPr>
              <w:sdtContent>
                <w:r>
                  <w:rPr>
                    <w:highlight w:val="yellow"/>
                  </w:rPr>
                  <w:t>[PROTOCOLLO]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Protocollo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ATA_DOCUMENTO"/>
                <w:tag w:val="DATA_DOCUMENTO"/>
                <w:id w:val="90038"/>
                <w:text/>
              </w:sdtPr>
              <w:sdtContent>
                <w:r>
                  <w:rPr>
                    <w:highlight w:val="yellow"/>
                  </w:rPr>
                  <w:t>[DATA_DOCUMENTO]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Data documento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TESTI_VERIFICATI"/>
                <w:tag w:val="TESTI_VERIFICATI"/>
                <w:id w:val="90039"/>
                <w:text/>
              </w:sdtPr>
              <w:sdtContent>
                <w:r>
                  <w:rPr>
                    <w:highlight w:val="yellow"/>
                  </w:rPr>
                  <w:t>[TESTI_VERIFICATI]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Testi verificati</w:t>
              <w:br/>
              <w:t>Fonte: Procedura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RAGIONE_SOCIALE"/>
                <w:tag w:val="RAGIONE_SOCIALE"/>
                <w:id w:val="90040"/>
                <w:text/>
              </w:sdtPr>
              <w:sdtContent>
                <w:r>
                  <w:rPr>
                    <w:highlight w:val="yellow"/>
                  </w:rPr>
                  <w:t>[RAGIONE_SOCIALE]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Denominazione dell’impresa associata</w:t>
              <w:br/>
              <w:t>Fonte: Impresa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PARTITA_IVA"/>
                <w:tag w:val="PARTITA_IVA"/>
                <w:id w:val="90041"/>
                <w:text/>
              </w:sdtPr>
              <w:sdtContent>
                <w:r>
                  <w:rPr>
                    <w:highlight w:val="yellow"/>
                  </w:rPr>
                  <w:t>[PARTITA_IVA]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Partita iva</w:t>
              <w:br/>
              <w:t>Fonte: Impresa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CODICE_FISCALE"/>
                <w:tag w:val="CODICE_FISCALE"/>
                <w:id w:val="90042"/>
                <w:text/>
              </w:sdtPr>
              <w:sdtContent>
                <w:r>
                  <w:rPr>
                    <w:highlight w:val="yellow"/>
                  </w:rPr>
                  <w:t>[CODICE_FISCALE]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Codice fiscale</w:t>
              <w:br/>
              <w:t>Fonte: Impresa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INDIRIZZO"/>
                <w:tag w:val="INDIRIZZO"/>
                <w:id w:val="90043"/>
                <w:text/>
              </w:sdtPr>
              <w:sdtContent>
                <w:r>
                  <w:rPr>
                    <w:highlight w:val="yellow"/>
                  </w:rPr>
                  <w:t>[INDIRIZZO]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Indirizzo</w:t>
              <w:br/>
              <w:t>Fonte: Impresa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LOCALITA"/>
                <w:tag w:val="LOCALITA"/>
                <w:id w:val="90044"/>
                <w:text/>
              </w:sdtPr>
              <w:sdtContent>
                <w:r>
                  <w:rPr>
                    <w:highlight w:val="yellow"/>
                  </w:rPr>
                  <w:t>[LOCALITA]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Comune e provincia dell’impresa</w:t>
              <w:br/>
              <w:t>Fonte: Impresa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PEC_IMPRESA"/>
                <w:tag w:val="PEC_IMPRESA"/>
                <w:id w:val="90045"/>
                <w:text/>
              </w:sdtPr>
              <w:sdtContent>
                <w:r>
                  <w:rPr>
                    <w:highlight w:val="yellow"/>
                  </w:rPr>
                  <w:t>[PEC_IMPRESA]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PEC dell’impresa</w:t>
              <w:br/>
              <w:t>Fonte: Impresa</w:t>
            </w:r>
          </w:p>
        </w:tc>
      </w:tr>
    </w:tbl>
    <w:p>
      <w:r>
        <w:br w:type="page"/>
      </w:r>
    </w:p>
    <w:p>
      <w:pPr>
        <w:pStyle w:val="Heading1"/>
      </w:pPr>
      <w:r>
        <w:t>Campi da copiare 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040"/>
      </w:tblGrid>
      <w:tr>
        <w:tc>
          <w:tcPr>
            <w:tcW w:type="dxa" w:w="5184"/>
          </w:tcPr>
          <w:p>
            <w:r>
              <w:t>Controllo Word da copiare</w:t>
            </w:r>
          </w:p>
        </w:tc>
        <w:tc>
          <w:tcPr>
            <w:tcW w:type="dxa" w:w="5184"/>
          </w:tcPr>
          <w:p>
            <w:r>
              <w:t>Significato e origine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NSO"/>
                <w:tag w:val="NSO"/>
                <w:id w:val="90046"/>
                <w:text/>
              </w:sdtPr>
              <w:sdtContent>
                <w:r>
                  <w:rPr>
                    <w:highlight w:val="yellow"/>
                  </w:rPr>
                  <w:t>[NSO]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Codice NSO</w:t>
              <w:br/>
              <w:t>Fonte: Impresa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LEGALE_RAPPRESENTANTE"/>
                <w:tag w:val="LEGALE_RAPPRESENTANTE"/>
                <w:id w:val="90047"/>
                <w:text/>
              </w:sdtPr>
              <w:sdtContent>
                <w:r>
                  <w:rPr>
                    <w:highlight w:val="yellow"/>
                  </w:rPr>
                  <w:t>[LEGALE_RAPPRESENTANTE]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Legale rappresentante</w:t>
              <w:br/>
              <w:t>Fonte: Impresa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DATI_NASCITA_RAPPRESENTANTE"/>
                <w:tag w:val="DATI_NASCITA_RAPPRESENTANTE"/>
                <w:id w:val="90048"/>
                <w:text/>
              </w:sdtPr>
              <w:sdtContent>
                <w:r>
                  <w:rPr>
                    <w:highlight w:val="yellow"/>
                  </w:rPr>
                  <w:t>[DATI_NASCITA_RAPPRESENTANTE]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Dati di nascita del rappresentante</w:t>
              <w:br/>
              <w:t>Fonte: Impresa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QUALIFICA_RAPPRESENTANTE"/>
                <w:tag w:val="QUALIFICA_RAPPRESENTANTE"/>
                <w:id w:val="90049"/>
                <w:text/>
              </w:sdtPr>
              <w:sdtContent>
                <w:r>
                  <w:rPr>
                    <w:highlight w:val="yellow"/>
                  </w:rPr>
                  <w:t>[QUALIFICA_RAPPRESENTANTE]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Qualifica rappresentante</w:t>
              <w:br/>
              <w:t>Fonte: Impresa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ANAGRAFICA_VERIFICATA"/>
                <w:tag w:val="ANAGRAFICA_VERIFICATA"/>
                <w:id w:val="90050"/>
                <w:text/>
              </w:sdtPr>
              <w:sdtContent>
                <w:r>
                  <w:rPr>
                    <w:highlight w:val="yellow"/>
                  </w:rPr>
                  <w:t>[ANAGRAFICA_VERIFICATA]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Anagrafica verificata</w:t>
              <w:br/>
              <w:t>Fonte: Impresa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FONTE_DATI"/>
                <w:tag w:val="FONTE_DATI"/>
                <w:id w:val="90051"/>
                <w:text/>
              </w:sdtPr>
              <w:sdtContent>
                <w:r>
                  <w:rPr>
                    <w:highlight w:val="yellow"/>
                  </w:rPr>
                  <w:t>[FONTE_DATI]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Fonte dati</w:t>
              <w:br/>
              <w:t>Fonte: Impresa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FORMATO_ALLEGATO"/>
                <w:tag w:val="FORMATO_ALLEGATO"/>
                <w:id w:val="90052"/>
                <w:text/>
              </w:sdtPr>
              <w:sdtContent>
                <w:r>
                  <w:rPr>
                    <w:highlight w:val="yellow"/>
                  </w:rPr>
                  <w:t>[FORMATO_ALLEGATO]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Testo formato seguito dal formato elenco.</w:t>
              <w:br/>
              <w:t>Fonte: Calcolato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TERMINE_RESTITUZIONE"/>
                <w:tag w:val="TERMINE_RESTITUZIONE"/>
                <w:id w:val="90053"/>
                <w:text/>
              </w:sdtPr>
              <w:sdtContent>
                <w:r>
                  <w:rPr>
                    <w:highlight w:val="yellow"/>
                  </w:rPr>
                  <w:t>[TERMINE_RESTITUZIONE]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Numero di giorni seguito da giorni.</w:t>
              <w:br/>
              <w:t>Fonte: Calcolato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LUOGO_DATA"/>
                <w:tag w:val="LUOGO_DATA"/>
                <w:id w:val="90054"/>
                <w:text/>
              </w:sdtPr>
              <w:sdtContent>
                <w:r>
                  <w:rPr>
                    <w:highlight w:val="yellow"/>
                  </w:rPr>
                  <w:t>[LUOGO_DATA]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Rovigo e data del documento, se compilata.</w:t>
              <w:br/>
              <w:t>Fonte: Calcolato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PROTOCOLLO_LETTERA"/>
                <w:tag w:val="PROTOCOLLO_LETTERA"/>
                <w:id w:val="90055"/>
                <w:text/>
              </w:sdtPr>
              <w:sdtContent>
                <w:r>
                  <w:rPr>
                    <w:highlight w:val="yellow"/>
                  </w:rPr>
                  <w:t>[PROTOCOLLO_LETTERA]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Prot. n° e numero di protocollo.</w:t>
              <w:br/>
              <w:t>Fonte: Calcolato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RIGA_LOTTO"/>
                <w:tag w:val="RIGA_LOTTO"/>
                <w:id w:val="90056"/>
                <w:text/>
              </w:sdtPr>
              <w:sdtContent>
                <w:r>
                  <w:rPr>
                    <w:highlight w:val="yellow"/>
                  </w:rPr>
                  <w:t>[RIGA_LOTTO]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Ripete il paragrafo per ogni lotto dell’impresa.</w:t>
              <w:br/>
              <w:t>Fonte: Ripetibile</w:t>
            </w:r>
          </w:p>
        </w:tc>
      </w:tr>
      <w:tr>
        <w:tc>
          <w:tcPr>
            <w:tcW w:type="dxa" w:w="5184"/>
          </w:tcPr>
          <w:p>
            <w:pPr>
              <w:spacing w:after="100" w:before="80"/>
            </w:pPr>
            <w:sdt>
              <w:sdtPr>
                <w:alias w:val="RIGA_CIG"/>
                <w:tag w:val="RIGA_CIG"/>
                <w:id w:val="90057"/>
                <w:text/>
              </w:sdtPr>
              <w:sdtContent>
                <w:r>
                  <w:rPr>
                    <w:highlight w:val="yellow"/>
                  </w:rPr>
                  <w:t>[RIGA_CIG]</w:t>
                </w:r>
              </w:sdtContent>
            </w:sdt>
          </w:p>
        </w:tc>
        <w:tc>
          <w:tcPr>
            <w:tcW w:type="dxa" w:w="5040"/>
          </w:tcPr>
          <w:p>
            <w:pPr>
              <w:spacing w:after="100" w:before="80"/>
            </w:pPr>
            <w:r>
              <w:t>Ripete il paragrafo con lotto e CIG derivato.</w:t>
              <w:br/>
              <w:t>Fonte: Ripetibile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